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56"/>
        <w:gridCol w:w="7302"/>
      </w:tblGrid>
      <w:tr w:rsidR="00957BC2" w14:paraId="162AEA99" w14:textId="77777777" w:rsidTr="00DA20D2">
        <w:trPr>
          <w:trHeight w:val="1048"/>
          <w:jc w:val="center"/>
        </w:trPr>
        <w:tc>
          <w:tcPr>
            <w:tcW w:w="2356" w:type="dxa"/>
            <w:tcBorders>
              <w:bottom w:val="single" w:sz="14" w:space="0" w:color="2F6B4F"/>
            </w:tcBorders>
            <w:tcMar>
              <w:top w:w="90" w:type="dxa"/>
              <w:left w:w="120" w:type="dxa"/>
              <w:bottom w:w="100" w:type="dxa"/>
              <w:right w:w="120" w:type="dxa"/>
            </w:tcMar>
          </w:tcPr>
          <w:p w14:paraId="20AED026" w14:textId="77777777" w:rsidR="00957BC2" w:rsidRDefault="00000000" w:rsidP="00DA20D2">
            <w:pPr>
              <w:ind w:left="-1905" w:firstLine="1905"/>
            </w:pPr>
            <w:r>
              <w:rPr>
                <w:noProof/>
              </w:rPr>
              <w:drawing>
                <wp:inline distT="0" distB="0" distL="0" distR="0" wp14:anchorId="27E3D0D2" wp14:editId="69CEBD56">
                  <wp:extent cx="450000" cy="50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5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  <w:tcBorders>
              <w:bottom w:val="single" w:sz="14" w:space="0" w:color="2F6B4F"/>
            </w:tcBorders>
            <w:tcMar>
              <w:top w:w="90" w:type="dxa"/>
              <w:left w:w="120" w:type="dxa"/>
              <w:bottom w:w="100" w:type="dxa"/>
              <w:right w:w="120" w:type="dxa"/>
            </w:tcMar>
          </w:tcPr>
          <w:p w14:paraId="6D73FFD8" w14:textId="77777777" w:rsidR="00957BC2" w:rsidRDefault="00000000">
            <w:r>
              <w:rPr>
                <w:b/>
                <w:color w:val="20352B"/>
                <w:sz w:val="28"/>
              </w:rPr>
              <w:t>OBEC ZLECHOV</w:t>
            </w:r>
            <w:r>
              <w:rPr>
                <w:color w:val="66736D"/>
                <w:sz w:val="18"/>
              </w:rPr>
              <w:br/>
              <w:t>687 10 Zlechov 540  •  IČ: 00291609</w:t>
            </w:r>
          </w:p>
        </w:tc>
      </w:tr>
    </w:tbl>
    <w:p w14:paraId="07769D11" w14:textId="77777777" w:rsidR="00957BC2" w:rsidRDefault="00000000">
      <w:pPr>
        <w:spacing w:before="280" w:after="40"/>
        <w:jc w:val="center"/>
      </w:pPr>
      <w:r>
        <w:rPr>
          <w:b/>
          <w:color w:val="20352B"/>
          <w:sz w:val="40"/>
        </w:rPr>
        <w:t>ŽÁDOST O POSKYTNUTÍ DOTACE</w:t>
      </w:r>
    </w:p>
    <w:p w14:paraId="6C745277" w14:textId="77777777" w:rsidR="00957BC2" w:rsidRDefault="00000000">
      <w:pPr>
        <w:spacing w:after="240"/>
        <w:jc w:val="center"/>
      </w:pPr>
      <w:r>
        <w:rPr>
          <w:b/>
          <w:color w:val="2F6B4F"/>
          <w:sz w:val="25"/>
        </w:rPr>
        <w:t>z rozpočtu obce Zlechov na rok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957BC2" w14:paraId="3C6612BF" w14:textId="77777777">
        <w:trPr>
          <w:jc w:val="center"/>
        </w:trPr>
        <w:tc>
          <w:tcPr>
            <w:tcW w:w="10540" w:type="dxa"/>
            <w:tcBorders>
              <w:bottom w:val="single" w:sz="12" w:space="0" w:color="2F6B4F"/>
            </w:tcBorders>
            <w:shd w:val="clear" w:color="auto" w:fill="EAF2ED"/>
            <w:tcMar>
              <w:top w:w="85" w:type="dxa"/>
              <w:left w:w="140" w:type="dxa"/>
              <w:bottom w:w="85" w:type="dxa"/>
              <w:right w:w="120" w:type="dxa"/>
            </w:tcMar>
          </w:tcPr>
          <w:p w14:paraId="458C8F66" w14:textId="77777777" w:rsidR="00957BC2" w:rsidRDefault="00000000">
            <w:r>
              <w:rPr>
                <w:b/>
                <w:color w:val="20352B"/>
                <w:sz w:val="23"/>
              </w:rPr>
              <w:t>Údaje o žadateli</w:t>
            </w:r>
          </w:p>
        </w:tc>
      </w:tr>
    </w:tbl>
    <w:p w14:paraId="32EA094C" w14:textId="77777777" w:rsidR="00957BC2" w:rsidRDefault="00957BC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64"/>
        <w:gridCol w:w="5264"/>
      </w:tblGrid>
      <w:tr w:rsidR="00957BC2" w14:paraId="1337FC29" w14:textId="77777777">
        <w:trPr>
          <w:jc w:val="center"/>
        </w:trPr>
        <w:tc>
          <w:tcPr>
            <w:tcW w:w="10540" w:type="dxa"/>
            <w:gridSpan w:val="2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736F44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NÁZEV SPOLKU / ORGANIZACE</w:t>
            </w:r>
          </w:p>
          <w:p w14:paraId="02806890" w14:textId="77777777" w:rsidR="00957BC2" w:rsidRDefault="00957BC2">
            <w:pPr>
              <w:pBdr>
                <w:bottom w:val="single" w:sz="5" w:space="2" w:color="A9B8B0"/>
              </w:pBdr>
              <w:spacing w:after="40"/>
            </w:pPr>
          </w:p>
        </w:tc>
      </w:tr>
      <w:tr w:rsidR="00957BC2" w14:paraId="2171BDB8" w14:textId="77777777">
        <w:trPr>
          <w:jc w:val="center"/>
        </w:trPr>
        <w:tc>
          <w:tcPr>
            <w:tcW w:w="10540" w:type="dxa"/>
            <w:gridSpan w:val="2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D16BF0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ADRESA / SÍDLO</w:t>
            </w:r>
          </w:p>
          <w:p w14:paraId="2E26CC20" w14:textId="77777777" w:rsidR="00957BC2" w:rsidRDefault="00000000">
            <w:pPr>
              <w:pBdr>
                <w:bottom w:val="single" w:sz="5" w:space="2" w:color="A9B8B0"/>
              </w:pBdr>
              <w:spacing w:after="40"/>
            </w:pPr>
            <w:r>
              <w:rPr>
                <w:color w:val="8A948F"/>
              </w:rPr>
              <w:t>Ulice / číslo, obec, PSČ</w:t>
            </w:r>
          </w:p>
        </w:tc>
      </w:tr>
      <w:tr w:rsidR="00957BC2" w14:paraId="6FA862D9" w14:textId="77777777">
        <w:trPr>
          <w:jc w:val="center"/>
        </w:trPr>
        <w:tc>
          <w:tcPr>
            <w:tcW w:w="5270" w:type="dxa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880A5F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TELEFON</w:t>
            </w:r>
          </w:p>
          <w:p w14:paraId="35029FC6" w14:textId="77777777" w:rsidR="00957BC2" w:rsidRDefault="00957BC2">
            <w:pPr>
              <w:pBdr>
                <w:bottom w:val="single" w:sz="5" w:space="2" w:color="A9B8B0"/>
              </w:pBdr>
              <w:spacing w:after="40"/>
            </w:pPr>
          </w:p>
        </w:tc>
        <w:tc>
          <w:tcPr>
            <w:tcW w:w="5270" w:type="dxa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B850C9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MOBIL</w:t>
            </w:r>
          </w:p>
          <w:p w14:paraId="7A001166" w14:textId="77777777" w:rsidR="00957BC2" w:rsidRDefault="00957BC2">
            <w:pPr>
              <w:pBdr>
                <w:bottom w:val="single" w:sz="5" w:space="2" w:color="A9B8B0"/>
              </w:pBdr>
              <w:spacing w:after="40"/>
            </w:pPr>
          </w:p>
        </w:tc>
      </w:tr>
      <w:tr w:rsidR="00957BC2" w14:paraId="59DC878A" w14:textId="77777777">
        <w:trPr>
          <w:jc w:val="center"/>
        </w:trPr>
        <w:tc>
          <w:tcPr>
            <w:tcW w:w="5270" w:type="dxa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E51525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E-MAIL</w:t>
            </w:r>
          </w:p>
          <w:p w14:paraId="5468FF16" w14:textId="77777777" w:rsidR="00957BC2" w:rsidRDefault="00957BC2">
            <w:pPr>
              <w:pBdr>
                <w:bottom w:val="single" w:sz="5" w:space="2" w:color="A9B8B0"/>
              </w:pBdr>
              <w:spacing w:after="40"/>
            </w:pPr>
          </w:p>
        </w:tc>
        <w:tc>
          <w:tcPr>
            <w:tcW w:w="5270" w:type="dxa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0ED63E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IČ / RČ</w:t>
            </w:r>
          </w:p>
          <w:p w14:paraId="633DEDE6" w14:textId="77777777" w:rsidR="00957BC2" w:rsidRDefault="00957BC2">
            <w:pPr>
              <w:pBdr>
                <w:bottom w:val="single" w:sz="5" w:space="2" w:color="A9B8B0"/>
              </w:pBdr>
              <w:spacing w:after="40"/>
            </w:pPr>
          </w:p>
        </w:tc>
      </w:tr>
      <w:tr w:rsidR="00957BC2" w14:paraId="3ACF1699" w14:textId="77777777">
        <w:trPr>
          <w:jc w:val="center"/>
        </w:trPr>
        <w:tc>
          <w:tcPr>
            <w:tcW w:w="10540" w:type="dxa"/>
            <w:gridSpan w:val="2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48A40D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BANKOVNÍ SPOJENÍ</w:t>
            </w:r>
          </w:p>
          <w:p w14:paraId="09CA8EA5" w14:textId="77777777" w:rsidR="00957BC2" w:rsidRDefault="00000000">
            <w:pPr>
              <w:pBdr>
                <w:bottom w:val="single" w:sz="5" w:space="2" w:color="A9B8B0"/>
              </w:pBdr>
              <w:spacing w:after="40"/>
            </w:pPr>
            <w:r>
              <w:rPr>
                <w:color w:val="8A948F"/>
              </w:rPr>
              <w:t>Číslo účtu / banka</w:t>
            </w:r>
          </w:p>
        </w:tc>
      </w:tr>
      <w:tr w:rsidR="00957BC2" w14:paraId="58651899" w14:textId="77777777">
        <w:trPr>
          <w:jc w:val="center"/>
        </w:trPr>
        <w:tc>
          <w:tcPr>
            <w:tcW w:w="10540" w:type="dxa"/>
            <w:gridSpan w:val="2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A2D070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STATUTÁRNÍ ZÁSTUPCE</w:t>
            </w:r>
          </w:p>
          <w:p w14:paraId="42231EE5" w14:textId="77777777" w:rsidR="00957BC2" w:rsidRDefault="00000000">
            <w:pPr>
              <w:pBdr>
                <w:bottom w:val="single" w:sz="5" w:space="2" w:color="A9B8B0"/>
              </w:pBdr>
              <w:spacing w:after="40"/>
            </w:pPr>
            <w:r>
              <w:rPr>
                <w:color w:val="8A948F"/>
              </w:rPr>
              <w:t>Jméno a příjmení / telefon</w:t>
            </w:r>
          </w:p>
        </w:tc>
      </w:tr>
      <w:tr w:rsidR="00957BC2" w14:paraId="3C28753D" w14:textId="77777777">
        <w:trPr>
          <w:jc w:val="center"/>
        </w:trPr>
        <w:tc>
          <w:tcPr>
            <w:tcW w:w="10540" w:type="dxa"/>
            <w:gridSpan w:val="2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6D8484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POČET ČLENŮ ORGANIZACE</w:t>
            </w:r>
          </w:p>
          <w:p w14:paraId="39819B1D" w14:textId="77777777" w:rsidR="00957BC2" w:rsidRDefault="00957BC2">
            <w:pPr>
              <w:pBdr>
                <w:bottom w:val="single" w:sz="5" w:space="2" w:color="A9B8B0"/>
              </w:pBdr>
              <w:spacing w:after="40"/>
            </w:pPr>
          </w:p>
        </w:tc>
      </w:tr>
    </w:tbl>
    <w:p w14:paraId="7726667F" w14:textId="77777777" w:rsidR="00957BC2" w:rsidRDefault="00957BC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957BC2" w14:paraId="33E001B4" w14:textId="77777777">
        <w:trPr>
          <w:jc w:val="center"/>
        </w:trPr>
        <w:tc>
          <w:tcPr>
            <w:tcW w:w="10540" w:type="dxa"/>
            <w:tcBorders>
              <w:bottom w:val="single" w:sz="12" w:space="0" w:color="2F6B4F"/>
            </w:tcBorders>
            <w:shd w:val="clear" w:color="auto" w:fill="EAF2ED"/>
            <w:tcMar>
              <w:top w:w="85" w:type="dxa"/>
              <w:left w:w="140" w:type="dxa"/>
              <w:bottom w:w="85" w:type="dxa"/>
              <w:right w:w="120" w:type="dxa"/>
            </w:tcMar>
          </w:tcPr>
          <w:p w14:paraId="1736FEF7" w14:textId="77777777" w:rsidR="00957BC2" w:rsidRDefault="00000000">
            <w:r>
              <w:rPr>
                <w:b/>
                <w:color w:val="20352B"/>
                <w:sz w:val="23"/>
              </w:rPr>
              <w:t>Činnost organizace</w:t>
            </w:r>
          </w:p>
        </w:tc>
      </w:tr>
    </w:tbl>
    <w:p w14:paraId="33AE242B" w14:textId="77777777" w:rsidR="00957BC2" w:rsidRDefault="00957BC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28"/>
      </w:tblGrid>
      <w:tr w:rsidR="00957BC2" w14:paraId="5FE4D41B" w14:textId="77777777" w:rsidTr="00DA20D2">
        <w:trPr>
          <w:trHeight w:val="1417"/>
          <w:jc w:val="center"/>
        </w:trPr>
        <w:tc>
          <w:tcPr>
            <w:tcW w:w="10540" w:type="dxa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AE4DED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STRUČNÝ POPIS ČINNOSTI ORGANIZACE</w:t>
            </w:r>
          </w:p>
          <w:p w14:paraId="57F94781" w14:textId="77777777" w:rsidR="00957BC2" w:rsidRDefault="00957BC2">
            <w:pPr>
              <w:pBdr>
                <w:bottom w:val="single" w:sz="5" w:space="2" w:color="A9B8B0"/>
              </w:pBdr>
              <w:spacing w:after="40"/>
            </w:pPr>
          </w:p>
          <w:p w14:paraId="517A03F1" w14:textId="77777777" w:rsidR="00DA20D2" w:rsidRDefault="00DA20D2">
            <w:pPr>
              <w:pBdr>
                <w:bottom w:val="single" w:sz="5" w:space="2" w:color="A9B8B0"/>
              </w:pBdr>
              <w:spacing w:after="40"/>
            </w:pPr>
          </w:p>
          <w:p w14:paraId="0BC95609" w14:textId="77777777" w:rsidR="00DA20D2" w:rsidRDefault="00DA20D2">
            <w:pPr>
              <w:pBdr>
                <w:bottom w:val="single" w:sz="5" w:space="2" w:color="A9B8B0"/>
              </w:pBdr>
              <w:spacing w:after="40"/>
            </w:pPr>
          </w:p>
          <w:p w14:paraId="4BF061CD" w14:textId="77777777" w:rsidR="00DA20D2" w:rsidRDefault="00DA20D2">
            <w:pPr>
              <w:pBdr>
                <w:bottom w:val="single" w:sz="5" w:space="2" w:color="A9B8B0"/>
              </w:pBdr>
              <w:spacing w:after="40"/>
            </w:pPr>
          </w:p>
        </w:tc>
      </w:tr>
    </w:tbl>
    <w:p w14:paraId="68A9F975" w14:textId="77777777" w:rsidR="00957BC2" w:rsidRDefault="00000000">
      <w:r>
        <w:br w:type="page"/>
      </w:r>
    </w:p>
    <w:p w14:paraId="5BD3DBB0" w14:textId="77777777" w:rsidR="00957BC2" w:rsidRDefault="00000000">
      <w:pPr>
        <w:spacing w:after="180"/>
      </w:pPr>
      <w:r>
        <w:rPr>
          <w:b/>
          <w:color w:val="2F6B4F"/>
          <w:sz w:val="21"/>
        </w:rPr>
        <w:lastRenderedPageBreak/>
        <w:t>Žádost o dotaci 2027</w:t>
      </w:r>
      <w:r>
        <w:rPr>
          <w:color w:val="66736D"/>
          <w:sz w:val="21"/>
        </w:rPr>
        <w:t xml:space="preserve">  |  Obec Zlechov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957BC2" w14:paraId="33C096A1" w14:textId="77777777">
        <w:trPr>
          <w:jc w:val="center"/>
        </w:trPr>
        <w:tc>
          <w:tcPr>
            <w:tcW w:w="10540" w:type="dxa"/>
            <w:tcBorders>
              <w:bottom w:val="single" w:sz="12" w:space="0" w:color="2F6B4F"/>
            </w:tcBorders>
            <w:shd w:val="clear" w:color="auto" w:fill="EAF2ED"/>
            <w:tcMar>
              <w:top w:w="85" w:type="dxa"/>
              <w:left w:w="140" w:type="dxa"/>
              <w:bottom w:w="85" w:type="dxa"/>
              <w:right w:w="120" w:type="dxa"/>
            </w:tcMar>
          </w:tcPr>
          <w:p w14:paraId="699FD523" w14:textId="77777777" w:rsidR="00957BC2" w:rsidRDefault="00000000">
            <w:r>
              <w:rPr>
                <w:b/>
                <w:color w:val="20352B"/>
                <w:sz w:val="23"/>
              </w:rPr>
              <w:t>Předpokládaná výše dotace a její využití</w:t>
            </w:r>
          </w:p>
        </w:tc>
      </w:tr>
    </w:tbl>
    <w:p w14:paraId="7E5F5C13" w14:textId="77777777" w:rsidR="00957BC2" w:rsidRDefault="00957BC2">
      <w:pPr>
        <w:spacing w:after="20"/>
      </w:pPr>
    </w:p>
    <w:p w14:paraId="2B5C50F2" w14:textId="77777777" w:rsidR="00957BC2" w:rsidRDefault="00000000">
      <w:pPr>
        <w:spacing w:after="140"/>
      </w:pPr>
      <w:r>
        <w:rPr>
          <w:color w:val="66736D"/>
          <w:sz w:val="18"/>
        </w:rPr>
        <w:t>Jednotlivé aktivity nebo náklady uvádějte samostatně a ke každé položce doplňte požadovanou částku.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6"/>
        <w:gridCol w:w="3594"/>
      </w:tblGrid>
      <w:tr w:rsidR="00957BC2" w14:paraId="7598970D" w14:textId="77777777" w:rsidTr="00DA20D2">
        <w:trPr>
          <w:jc w:val="center"/>
        </w:trPr>
        <w:tc>
          <w:tcPr>
            <w:tcW w:w="6946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shd w:val="clear" w:color="auto" w:fill="EAF2E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9A1A20" w14:textId="77777777" w:rsidR="00957BC2" w:rsidRDefault="00000000">
            <w:r>
              <w:rPr>
                <w:b/>
                <w:color w:val="20352B"/>
                <w:sz w:val="18"/>
              </w:rPr>
              <w:t>ÚDAJE O PROJEKTU / NÁKLADECH</w:t>
            </w:r>
          </w:p>
        </w:tc>
        <w:tc>
          <w:tcPr>
            <w:tcW w:w="3594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shd w:val="clear" w:color="auto" w:fill="EAF2E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E8F8AC" w14:textId="77777777" w:rsidR="00957BC2" w:rsidRDefault="00000000">
            <w:r>
              <w:rPr>
                <w:b/>
                <w:color w:val="20352B"/>
                <w:sz w:val="18"/>
              </w:rPr>
              <w:t>ČÁSTKA</w:t>
            </w:r>
          </w:p>
        </w:tc>
      </w:tr>
      <w:tr w:rsidR="00957BC2" w14:paraId="0A3D5303" w14:textId="77777777" w:rsidTr="00DA20D2">
        <w:trPr>
          <w:trHeight w:val="737"/>
          <w:jc w:val="center"/>
        </w:trPr>
        <w:tc>
          <w:tcPr>
            <w:tcW w:w="6946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E7D33E" w14:textId="77777777" w:rsidR="00957BC2" w:rsidRDefault="00957BC2"/>
        </w:tc>
        <w:tc>
          <w:tcPr>
            <w:tcW w:w="3594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9FE5BD" w14:textId="77777777" w:rsidR="00957BC2" w:rsidRDefault="00957BC2"/>
        </w:tc>
      </w:tr>
      <w:tr w:rsidR="00957BC2" w14:paraId="3D3032CA" w14:textId="77777777" w:rsidTr="00DA20D2">
        <w:trPr>
          <w:trHeight w:val="737"/>
          <w:jc w:val="center"/>
        </w:trPr>
        <w:tc>
          <w:tcPr>
            <w:tcW w:w="6946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A65B46" w14:textId="77777777" w:rsidR="00957BC2" w:rsidRDefault="00957BC2"/>
        </w:tc>
        <w:tc>
          <w:tcPr>
            <w:tcW w:w="3594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088DAF" w14:textId="77777777" w:rsidR="00957BC2" w:rsidRDefault="00957BC2"/>
        </w:tc>
      </w:tr>
      <w:tr w:rsidR="00957BC2" w14:paraId="4F3C6466" w14:textId="77777777" w:rsidTr="00DA20D2">
        <w:trPr>
          <w:trHeight w:val="737"/>
          <w:jc w:val="center"/>
        </w:trPr>
        <w:tc>
          <w:tcPr>
            <w:tcW w:w="6946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193C68" w14:textId="77777777" w:rsidR="00957BC2" w:rsidRDefault="00957BC2"/>
        </w:tc>
        <w:tc>
          <w:tcPr>
            <w:tcW w:w="3594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2F577E" w14:textId="77777777" w:rsidR="00957BC2" w:rsidRDefault="00957BC2"/>
        </w:tc>
      </w:tr>
      <w:tr w:rsidR="00957BC2" w14:paraId="244639FA" w14:textId="77777777" w:rsidTr="00DA20D2">
        <w:trPr>
          <w:trHeight w:val="737"/>
          <w:jc w:val="center"/>
        </w:trPr>
        <w:tc>
          <w:tcPr>
            <w:tcW w:w="6946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E47EE9" w14:textId="77777777" w:rsidR="00957BC2" w:rsidRDefault="00957BC2"/>
        </w:tc>
        <w:tc>
          <w:tcPr>
            <w:tcW w:w="3594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E59307" w14:textId="77777777" w:rsidR="00957BC2" w:rsidRDefault="00957BC2"/>
        </w:tc>
      </w:tr>
      <w:tr w:rsidR="00957BC2" w14:paraId="01922A00" w14:textId="77777777" w:rsidTr="00DA20D2">
        <w:trPr>
          <w:trHeight w:val="737"/>
          <w:jc w:val="center"/>
        </w:trPr>
        <w:tc>
          <w:tcPr>
            <w:tcW w:w="6946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2AFBC5" w14:textId="77777777" w:rsidR="00957BC2" w:rsidRDefault="00957BC2"/>
        </w:tc>
        <w:tc>
          <w:tcPr>
            <w:tcW w:w="3594" w:type="dxa"/>
            <w:tcBorders>
              <w:top w:val="single" w:sz="6" w:space="0" w:color="A9B8B0"/>
              <w:left w:val="single" w:sz="6" w:space="0" w:color="A9B8B0"/>
              <w:bottom w:val="single" w:sz="6" w:space="0" w:color="A9B8B0"/>
              <w:right w:val="single" w:sz="6" w:space="0" w:color="A9B8B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098723" w14:textId="77777777" w:rsidR="00957BC2" w:rsidRDefault="00957BC2"/>
        </w:tc>
      </w:tr>
      <w:tr w:rsidR="00957BC2" w14:paraId="1B7BDA47" w14:textId="77777777" w:rsidTr="00DA20D2">
        <w:trPr>
          <w:jc w:val="center"/>
        </w:trPr>
        <w:tc>
          <w:tcPr>
            <w:tcW w:w="6946" w:type="dxa"/>
            <w:tcBorders>
              <w:top w:val="single" w:sz="10" w:space="0" w:color="7A8B82"/>
              <w:left w:val="single" w:sz="10" w:space="0" w:color="7A8B82"/>
              <w:bottom w:val="single" w:sz="10" w:space="0" w:color="7A8B82"/>
              <w:right w:val="single" w:sz="10" w:space="0" w:color="7A8B82"/>
            </w:tcBorders>
            <w:shd w:val="clear" w:color="auto" w:fill="F2F6F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620522" w14:textId="77777777" w:rsidR="00957BC2" w:rsidRDefault="00000000">
            <w:r>
              <w:rPr>
                <w:b/>
                <w:color w:val="000000"/>
                <w:sz w:val="21"/>
              </w:rPr>
              <w:t>CELKEM POŽADOVANÁ DOTACE</w:t>
            </w:r>
          </w:p>
        </w:tc>
        <w:tc>
          <w:tcPr>
            <w:tcW w:w="3594" w:type="dxa"/>
            <w:tcBorders>
              <w:top w:val="single" w:sz="10" w:space="0" w:color="7A8B82"/>
              <w:left w:val="single" w:sz="10" w:space="0" w:color="7A8B82"/>
              <w:bottom w:val="single" w:sz="10" w:space="0" w:color="7A8B82"/>
              <w:right w:val="single" w:sz="10" w:space="0" w:color="7A8B82"/>
            </w:tcBorders>
            <w:shd w:val="clear" w:color="auto" w:fill="F2F6F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6BDFF7" w14:textId="77777777" w:rsidR="00957BC2" w:rsidRDefault="00000000">
            <w:pPr>
              <w:jc w:val="right"/>
            </w:pPr>
            <w:r>
              <w:rPr>
                <w:b/>
                <w:color w:val="000000"/>
                <w:sz w:val="22"/>
              </w:rPr>
              <w:t>________________  Kč</w:t>
            </w:r>
          </w:p>
        </w:tc>
      </w:tr>
    </w:tbl>
    <w:p w14:paraId="79719D92" w14:textId="77777777" w:rsidR="00957BC2" w:rsidRDefault="00957BC2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957BC2" w14:paraId="02565D80" w14:textId="77777777">
        <w:trPr>
          <w:jc w:val="center"/>
        </w:trPr>
        <w:tc>
          <w:tcPr>
            <w:tcW w:w="10540" w:type="dxa"/>
            <w:tcBorders>
              <w:bottom w:val="single" w:sz="12" w:space="0" w:color="2F6B4F"/>
            </w:tcBorders>
            <w:shd w:val="clear" w:color="auto" w:fill="EAF2ED"/>
            <w:tcMar>
              <w:top w:w="85" w:type="dxa"/>
              <w:left w:w="140" w:type="dxa"/>
              <w:bottom w:w="85" w:type="dxa"/>
              <w:right w:w="120" w:type="dxa"/>
            </w:tcMar>
          </w:tcPr>
          <w:p w14:paraId="16B6EAB2" w14:textId="77777777" w:rsidR="00957BC2" w:rsidRDefault="00000000">
            <w:r>
              <w:rPr>
                <w:b/>
                <w:color w:val="20352B"/>
                <w:sz w:val="23"/>
              </w:rPr>
              <w:t>Prohlášení a podpis</w:t>
            </w:r>
          </w:p>
        </w:tc>
      </w:tr>
    </w:tbl>
    <w:p w14:paraId="464D98C5" w14:textId="77777777" w:rsidR="00957BC2" w:rsidRDefault="00957BC2">
      <w:pPr>
        <w:spacing w:after="20"/>
      </w:pPr>
    </w:p>
    <w:tbl>
      <w:tblPr>
        <w:tblW w:w="0" w:type="auto"/>
        <w:tblInd w:w="-6" w:type="dxa"/>
        <w:tblLook w:val="04A0" w:firstRow="1" w:lastRow="0" w:firstColumn="1" w:lastColumn="0" w:noHBand="0" w:noVBand="1"/>
      </w:tblPr>
      <w:tblGrid>
        <w:gridCol w:w="10534"/>
      </w:tblGrid>
      <w:tr w:rsidR="00957BC2" w14:paraId="25B9F0BD" w14:textId="77777777" w:rsidTr="006A4107">
        <w:tc>
          <w:tcPr>
            <w:tcW w:w="10534" w:type="dxa"/>
            <w:tcBorders>
              <w:top w:val="single" w:sz="5" w:space="0" w:color="A9B8B0"/>
              <w:left w:val="single" w:sz="5" w:space="0" w:color="A9B8B0"/>
              <w:bottom w:val="single" w:sz="5" w:space="0" w:color="A9B8B0"/>
              <w:right w:val="single" w:sz="5" w:space="0" w:color="A9B8B0"/>
            </w:tcBorders>
            <w:shd w:val="clear" w:color="auto" w:fill="F6F9F7"/>
            <w:tcMar>
              <w:top w:w="150" w:type="dxa"/>
              <w:left w:w="160" w:type="dxa"/>
              <w:bottom w:w="150" w:type="dxa"/>
              <w:right w:w="160" w:type="dxa"/>
            </w:tcMar>
          </w:tcPr>
          <w:p w14:paraId="29EA89EC" w14:textId="77777777" w:rsidR="00957BC2" w:rsidRDefault="00000000">
            <w:proofErr w:type="spellStart"/>
            <w:r>
              <w:rPr>
                <w:color w:val="20352B"/>
                <w:sz w:val="19"/>
              </w:rPr>
              <w:t>Prohlašuji</w:t>
            </w:r>
            <w:proofErr w:type="spellEnd"/>
            <w:r>
              <w:rPr>
                <w:color w:val="20352B"/>
                <w:sz w:val="19"/>
              </w:rPr>
              <w:t xml:space="preserve">, </w:t>
            </w:r>
            <w:proofErr w:type="spellStart"/>
            <w:r>
              <w:rPr>
                <w:color w:val="20352B"/>
                <w:sz w:val="19"/>
              </w:rPr>
              <w:t>že</w:t>
            </w:r>
            <w:proofErr w:type="spellEnd"/>
            <w:r>
              <w:rPr>
                <w:color w:val="20352B"/>
                <w:sz w:val="19"/>
              </w:rPr>
              <w:t xml:space="preserve"> </w:t>
            </w:r>
            <w:proofErr w:type="spellStart"/>
            <w:r>
              <w:rPr>
                <w:color w:val="20352B"/>
                <w:sz w:val="19"/>
              </w:rPr>
              <w:t>naše</w:t>
            </w:r>
            <w:proofErr w:type="spellEnd"/>
            <w:r>
              <w:rPr>
                <w:color w:val="20352B"/>
                <w:sz w:val="19"/>
              </w:rPr>
              <w:t xml:space="preserve"> </w:t>
            </w:r>
            <w:proofErr w:type="spellStart"/>
            <w:r>
              <w:rPr>
                <w:color w:val="20352B"/>
                <w:sz w:val="19"/>
              </w:rPr>
              <w:t>organizace</w:t>
            </w:r>
            <w:proofErr w:type="spellEnd"/>
            <w:r>
              <w:rPr>
                <w:color w:val="20352B"/>
                <w:sz w:val="19"/>
              </w:rPr>
              <w:t xml:space="preserve"> se seznámila se Zásadami pro poskytování dotací z rozpočtu obce Zlechov.</w:t>
            </w:r>
          </w:p>
        </w:tc>
      </w:tr>
    </w:tbl>
    <w:p w14:paraId="69553981" w14:textId="77777777" w:rsidR="00957BC2" w:rsidRDefault="00957BC2">
      <w:pPr>
        <w:spacing w:after="1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957BC2" w14:paraId="5DC48A32" w14:textId="77777777">
        <w:trPr>
          <w:jc w:val="center"/>
        </w:trPr>
        <w:tc>
          <w:tcPr>
            <w:tcW w:w="5270" w:type="dxa"/>
            <w:tcMar>
              <w:top w:w="100" w:type="dxa"/>
              <w:left w:w="120" w:type="dxa"/>
              <w:bottom w:w="90" w:type="dxa"/>
              <w:right w:w="120" w:type="dxa"/>
            </w:tcMar>
          </w:tcPr>
          <w:p w14:paraId="058C0892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VE ZLECHOVĚ DNE</w:t>
            </w:r>
          </w:p>
          <w:p w14:paraId="6831826F" w14:textId="77777777" w:rsidR="00957BC2" w:rsidRDefault="00957BC2">
            <w:pPr>
              <w:pBdr>
                <w:bottom w:val="single" w:sz="5" w:space="2" w:color="A9B8B0"/>
              </w:pBdr>
              <w:spacing w:after="40"/>
            </w:pPr>
          </w:p>
        </w:tc>
        <w:tc>
          <w:tcPr>
            <w:tcW w:w="5270" w:type="dxa"/>
            <w:tcMar>
              <w:top w:w="100" w:type="dxa"/>
              <w:left w:w="120" w:type="dxa"/>
              <w:bottom w:w="90" w:type="dxa"/>
              <w:right w:w="120" w:type="dxa"/>
            </w:tcMar>
          </w:tcPr>
          <w:p w14:paraId="4E65BB68" w14:textId="77777777" w:rsidR="00957BC2" w:rsidRDefault="00000000">
            <w:pPr>
              <w:spacing w:after="60"/>
            </w:pPr>
            <w:r>
              <w:rPr>
                <w:b/>
                <w:color w:val="66736D"/>
                <w:sz w:val="17"/>
              </w:rPr>
              <w:t>RAZÍTKO A PODPIS ZÁSTUPCE ŽÁDAJÍCÍ ORGANIZACE</w:t>
            </w:r>
          </w:p>
          <w:p w14:paraId="2FD371E1" w14:textId="77777777" w:rsidR="00957BC2" w:rsidRDefault="00957BC2">
            <w:pPr>
              <w:pBdr>
                <w:bottom w:val="single" w:sz="5" w:space="2" w:color="A9B8B0"/>
              </w:pBdr>
              <w:spacing w:after="40"/>
            </w:pPr>
          </w:p>
        </w:tc>
      </w:tr>
    </w:tbl>
    <w:p w14:paraId="57F6889D" w14:textId="77777777" w:rsidR="004F3FF5" w:rsidRDefault="004F3FF5"/>
    <w:sectPr w:rsidR="004F3FF5" w:rsidSect="00034616">
      <w:footerReference w:type="default" r:id="rId9"/>
      <w:pgSz w:w="12240" w:h="15840"/>
      <w:pgMar w:top="765" w:right="850" w:bottom="709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EA621" w14:textId="77777777" w:rsidR="00104B24" w:rsidRDefault="00104B24">
      <w:pPr>
        <w:spacing w:after="0" w:line="240" w:lineRule="auto"/>
      </w:pPr>
      <w:r>
        <w:separator/>
      </w:r>
    </w:p>
  </w:endnote>
  <w:endnote w:type="continuationSeparator" w:id="0">
    <w:p w14:paraId="5041694D" w14:textId="77777777" w:rsidR="00104B24" w:rsidRDefault="00104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E58C0" w14:textId="77777777" w:rsidR="00957BC2" w:rsidRDefault="00000000">
    <w:pPr>
      <w:pStyle w:val="Zpat"/>
      <w:jc w:val="center"/>
    </w:pPr>
    <w:r>
      <w:rPr>
        <w:color w:val="66736D"/>
        <w:sz w:val="16"/>
      </w:rPr>
      <w:t xml:space="preserve">Obec </w:t>
    </w:r>
    <w:proofErr w:type="gramStart"/>
    <w:r>
      <w:rPr>
        <w:color w:val="66736D"/>
        <w:sz w:val="16"/>
      </w:rPr>
      <w:t>Zlechov  •</w:t>
    </w:r>
    <w:proofErr w:type="gramEnd"/>
    <w:r>
      <w:rPr>
        <w:color w:val="66736D"/>
        <w:sz w:val="16"/>
      </w:rPr>
      <w:t xml:space="preserve">  </w:t>
    </w:r>
    <w:proofErr w:type="spellStart"/>
    <w:r>
      <w:rPr>
        <w:color w:val="66736D"/>
        <w:sz w:val="16"/>
      </w:rPr>
      <w:t>Žádost</w:t>
    </w:r>
    <w:proofErr w:type="spellEnd"/>
    <w:r>
      <w:rPr>
        <w:color w:val="66736D"/>
        <w:sz w:val="16"/>
      </w:rPr>
      <w:t xml:space="preserve"> o </w:t>
    </w:r>
    <w:proofErr w:type="spellStart"/>
    <w:r>
      <w:rPr>
        <w:color w:val="66736D"/>
        <w:sz w:val="16"/>
      </w:rPr>
      <w:t>poskytnutí</w:t>
    </w:r>
    <w:proofErr w:type="spellEnd"/>
    <w:r>
      <w:rPr>
        <w:color w:val="66736D"/>
        <w:sz w:val="16"/>
      </w:rPr>
      <w:t xml:space="preserve"> </w:t>
    </w:r>
    <w:proofErr w:type="spellStart"/>
    <w:r>
      <w:rPr>
        <w:color w:val="66736D"/>
        <w:sz w:val="16"/>
      </w:rPr>
      <w:t>dotace</w:t>
    </w:r>
    <w:proofErr w:type="spellEnd"/>
    <w:r>
      <w:rPr>
        <w:color w:val="66736D"/>
        <w:sz w:val="16"/>
      </w:rPr>
      <w:t xml:space="preserve"> z </w:t>
    </w:r>
    <w:proofErr w:type="spellStart"/>
    <w:r>
      <w:rPr>
        <w:color w:val="66736D"/>
        <w:sz w:val="16"/>
      </w:rPr>
      <w:t>rozpočtu</w:t>
    </w:r>
    <w:proofErr w:type="spellEnd"/>
    <w:r>
      <w:rPr>
        <w:color w:val="66736D"/>
        <w:sz w:val="16"/>
      </w:rPr>
      <w:t xml:space="preserve"> </w:t>
    </w:r>
    <w:proofErr w:type="spellStart"/>
    <w:r>
      <w:rPr>
        <w:color w:val="66736D"/>
        <w:sz w:val="16"/>
      </w:rPr>
      <w:t>obce</w:t>
    </w:r>
    <w:proofErr w:type="spellEnd"/>
    <w:r>
      <w:rPr>
        <w:color w:val="66736D"/>
        <w:sz w:val="16"/>
      </w:rPr>
      <w:t xml:space="preserve"> </w:t>
    </w:r>
    <w:proofErr w:type="spellStart"/>
    <w:r>
      <w:rPr>
        <w:color w:val="66736D"/>
        <w:sz w:val="16"/>
      </w:rPr>
      <w:t>na</w:t>
    </w:r>
    <w:proofErr w:type="spellEnd"/>
    <w:r>
      <w:rPr>
        <w:color w:val="66736D"/>
        <w:sz w:val="16"/>
      </w:rPr>
      <w:t xml:space="preserve"> </w:t>
    </w:r>
    <w:proofErr w:type="spellStart"/>
    <w:r>
      <w:rPr>
        <w:color w:val="66736D"/>
        <w:sz w:val="16"/>
      </w:rPr>
      <w:t>rok</w:t>
    </w:r>
    <w:proofErr w:type="spellEnd"/>
    <w:r>
      <w:rPr>
        <w:color w:val="66736D"/>
        <w:sz w:val="16"/>
      </w:rPr>
      <w:t xml:space="preserve">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4113" w14:textId="77777777" w:rsidR="00104B24" w:rsidRDefault="00104B24">
      <w:pPr>
        <w:spacing w:after="0" w:line="240" w:lineRule="auto"/>
      </w:pPr>
      <w:r>
        <w:separator/>
      </w:r>
    </w:p>
  </w:footnote>
  <w:footnote w:type="continuationSeparator" w:id="0">
    <w:p w14:paraId="1790F78C" w14:textId="77777777" w:rsidR="00104B24" w:rsidRDefault="00104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097602">
    <w:abstractNumId w:val="8"/>
  </w:num>
  <w:num w:numId="2" w16cid:durableId="1993243958">
    <w:abstractNumId w:val="6"/>
  </w:num>
  <w:num w:numId="3" w16cid:durableId="1653487445">
    <w:abstractNumId w:val="5"/>
  </w:num>
  <w:num w:numId="4" w16cid:durableId="534804843">
    <w:abstractNumId w:val="4"/>
  </w:num>
  <w:num w:numId="5" w16cid:durableId="1588461774">
    <w:abstractNumId w:val="7"/>
  </w:num>
  <w:num w:numId="6" w16cid:durableId="2024743914">
    <w:abstractNumId w:val="3"/>
  </w:num>
  <w:num w:numId="7" w16cid:durableId="1143153200">
    <w:abstractNumId w:val="2"/>
  </w:num>
  <w:num w:numId="8" w16cid:durableId="1144468078">
    <w:abstractNumId w:val="1"/>
  </w:num>
  <w:num w:numId="9" w16cid:durableId="1486118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3F9B"/>
    <w:rsid w:val="00104B24"/>
    <w:rsid w:val="0015074B"/>
    <w:rsid w:val="0029639D"/>
    <w:rsid w:val="00326F90"/>
    <w:rsid w:val="004F3FF5"/>
    <w:rsid w:val="006A4107"/>
    <w:rsid w:val="00957BC2"/>
    <w:rsid w:val="00AA1D8D"/>
    <w:rsid w:val="00B47730"/>
    <w:rsid w:val="00CB0664"/>
    <w:rsid w:val="00DA20D2"/>
    <w:rsid w:val="00E564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88C51F"/>
  <w14:defaultImageDpi w14:val="330"/>
  <w15:docId w15:val="{0C39A7D2-CBF2-4B23-8733-FF9D417B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Ondřej Machala</cp:lastModifiedBy>
  <cp:revision>3</cp:revision>
  <dcterms:created xsi:type="dcterms:W3CDTF">2026-10-07T11:46:00Z</dcterms:created>
  <dcterms:modified xsi:type="dcterms:W3CDTF">2026-10-07T11:48:00Z</dcterms:modified>
  <cp:category/>
</cp:coreProperties>
</file>